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color w:val="888888"/>
                <w:sz w:val="18"/>
              </w:rPr>
              <w:t>[ Your logo here ]</w:t>
            </w:r>
          </w:p>
          <w:p>
            <w:r>
              <w:rPr>
                <w:b/>
                <w:color w:val="0E2240"/>
                <w:sz w:val="28"/>
              </w:rPr>
              <w:t>YOUR COMPANY NAME</w:t>
            </w:r>
          </w:p>
          <w:p>
            <w:r>
              <w:t>License / registration #: ________________________</w:t>
            </w:r>
          </w:p>
          <w:p>
            <w:r>
              <w:t>Phone: ______________</w:t>
            </w:r>
          </w:p>
          <w:p>
            <w:r>
              <w:t>Email: ______________</w:t>
            </w:r>
          </w:p>
          <w:p>
            <w:r>
              <w:t>Address: ________________________</w:t>
            </w:r>
          </w:p>
        </w:tc>
        <w:tc>
          <w:tcPr>
            <w:tcW w:type="dxa" w:w="5112"/>
          </w:tcPr>
          <w:p>
            <w:pPr>
              <w:jc w:val="right"/>
            </w:pPr>
            <w:r>
              <w:rPr>
                <w:b/>
                <w:color w:val="0E2240"/>
                <w:sz w:val="40"/>
              </w:rPr>
              <w:t>ESTIMATE</w:t>
            </w:r>
          </w:p>
          <w:p>
            <w:pPr>
              <w:jc w:val="right"/>
            </w:pPr>
            <w:r>
              <w:t>Estimate #: ____________</w:t>
            </w:r>
          </w:p>
          <w:p>
            <w:pPr>
              <w:jc w:val="right"/>
            </w:pPr>
            <w:r>
              <w:t>Date: ____________</w:t>
            </w:r>
          </w:p>
          <w:p>
            <w:pPr>
              <w:jc w:val="right"/>
            </w:pPr>
            <w:r>
              <w:t>Valid until: 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color="auto" w:fill="0E2240"/>
          </w:tcPr>
          <w:p>
            <w:r>
              <w:rPr>
                <w:b/>
                <w:color w:val="FFFFFF"/>
              </w:rPr>
              <w:t>Prepared for</w:t>
            </w:r>
          </w:p>
        </w:tc>
        <w:tc>
          <w:tcPr>
            <w:tcW w:type="dxa" w:w="5112"/>
            <w:shd w:val="clear" w:color="auto" w:fill="0E2240"/>
          </w:tcPr>
          <w:p>
            <w:r>
              <w:rPr>
                <w:b/>
                <w:color w:val="FFFFFF"/>
              </w:rPr>
              <w:t>Job address</w:t>
            </w:r>
          </w:p>
        </w:tc>
      </w:tr>
      <w:tr>
        <w:tc>
          <w:tcPr>
            <w:tcW w:type="dxa" w:w="5112"/>
          </w:tcPr>
          <w:p>
            <w:r>
              <w:br/>
              <w:br/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r>
        <w:rPr>
          <w:b/>
          <w:color w:val="0E2240"/>
          <w:sz w:val="24"/>
        </w:rPr>
        <w:t>Scope of work</w:t>
      </w:r>
    </w:p>
    <w:p>
      <w:r>
        <w:t>Describe the work in plain words: what you will do, which products you will use (brand, model, color) and where on the property.</w:t>
        <w:br/>
        <w:br/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52"/>
        <w:gridCol w:w="864"/>
        <w:gridCol w:w="1007"/>
        <w:gridCol w:w="1728"/>
        <w:gridCol w:w="1728"/>
      </w:tblGrid>
      <w:tr>
        <w:tc>
          <w:tcPr>
            <w:tcW w:type="dxa" w:w="4752"/>
            <w:shd w:val="clear" w:color="auto" w:fill="0E2240"/>
          </w:tcPr>
          <w:p>
            <w:r>
              <w:rPr>
                <w:b/>
                <w:color w:val="FFFFFF"/>
              </w:rPr>
              <w:t>Item and description</w:t>
            </w:r>
          </w:p>
        </w:tc>
        <w:tc>
          <w:tcPr>
            <w:tcW w:type="dxa" w:w="864"/>
            <w:shd w:val="clear" w:color="auto" w:fill="0E2240"/>
          </w:tcPr>
          <w:p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008"/>
            <w:shd w:val="clear" w:color="auto" w:fill="0E2240"/>
          </w:tcPr>
          <w:p>
            <w:r>
              <w:rPr>
                <w:b/>
                <w:color w:val="FFFFFF"/>
              </w:rPr>
              <w:t>Unit</w:t>
            </w:r>
          </w:p>
        </w:tc>
        <w:tc>
          <w:tcPr>
            <w:tcW w:type="dxa" w:w="1728"/>
            <w:shd w:val="clear" w:color="auto" w:fill="0E2240"/>
          </w:tcPr>
          <w:p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1728"/>
            <w:shd w:val="clear" w:color="auto" w:fill="0E2240"/>
          </w:tcPr>
          <w:p>
            <w:r>
              <w:rPr>
                <w:b/>
                <w:color w:val="FFFFFF"/>
              </w:rPr>
              <w:t>Total</w:t>
            </w:r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/>
        </w:tc>
        <w:tc>
          <w:tcPr>
            <w:tcW w:type="dxa" w:w="864"/>
          </w:tcPr>
          <w:p/>
        </w:tc>
        <w:tc>
          <w:tcPr>
            <w:tcW w:type="dxa" w:w="1008"/>
          </w:tcPr>
          <w:p/>
        </w:tc>
        <w:tc>
          <w:tcPr>
            <w:tcW w:type="dxa" w:w="1728"/>
          </w:tcPr>
          <w:p>
            <w:r>
              <w:rPr>
                <w:b/>
              </w:rPr>
              <w:t>Subtotal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/>
        </w:tc>
        <w:tc>
          <w:tcPr>
            <w:tcW w:type="dxa" w:w="864"/>
          </w:tcPr>
          <w:p/>
        </w:tc>
        <w:tc>
          <w:tcPr>
            <w:tcW w:type="dxa" w:w="1008"/>
          </w:tcPr>
          <w:p/>
        </w:tc>
        <w:tc>
          <w:tcPr>
            <w:tcW w:type="dxa" w:w="1728"/>
          </w:tcPr>
          <w:p>
            <w:r>
              <w:rPr>
                <w:b/>
              </w:rPr>
              <w:t>Sales tax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/>
        </w:tc>
        <w:tc>
          <w:tcPr>
            <w:tcW w:type="dxa" w:w="864"/>
          </w:tcPr>
          <w:p/>
        </w:tc>
        <w:tc>
          <w:tcPr>
            <w:tcW w:type="dxa" w:w="1008"/>
          </w:tcPr>
          <w:p/>
        </w:tc>
        <w:tc>
          <w:tcPr>
            <w:tcW w:type="dxa" w:w="1728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/>
        </w:tc>
        <w:tc>
          <w:tcPr>
            <w:tcW w:type="dxa" w:w="864"/>
          </w:tcPr>
          <w:p/>
        </w:tc>
        <w:tc>
          <w:tcPr>
            <w:tcW w:type="dxa" w:w="1008"/>
          </w:tcPr>
          <w:p/>
        </w:tc>
        <w:tc>
          <w:tcPr>
            <w:tcW w:type="dxa" w:w="1728"/>
          </w:tcPr>
          <w:p>
            <w:r>
              <w:rPr>
                <w:b/>
              </w:rPr>
              <w:t>Deposit due at signing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/>
        </w:tc>
        <w:tc>
          <w:tcPr>
            <w:tcW w:type="dxa" w:w="864"/>
          </w:tcPr>
          <w:p/>
        </w:tc>
        <w:tc>
          <w:tcPr>
            <w:tcW w:type="dxa" w:w="1008"/>
          </w:tcPr>
          <w:p/>
        </w:tc>
        <w:tc>
          <w:tcPr>
            <w:tcW w:type="dxa" w:w="1728"/>
          </w:tcPr>
          <w:p>
            <w:r>
              <w:rPr>
                <w:b/>
              </w:rPr>
              <w:t>Balance</w:t>
            </w:r>
          </w:p>
        </w:tc>
        <w:tc>
          <w:tcPr>
            <w:tcW w:type="dxa" w:w="1728"/>
          </w:tcPr>
          <w:p>
            <w:r/>
          </w:p>
        </w:tc>
      </w:tr>
    </w:tbl>
    <w:p/>
    <w:p>
      <w:pPr>
        <w:keepNext/>
      </w:pPr>
      <w:r>
        <w:rPr>
          <w:b/>
          <w:color w:val="0E2240"/>
        </w:rPr>
        <w:t>Allowances</w:t>
      </w:r>
    </w:p>
    <w:p>
      <w:r>
        <w:t>List each allowance item and the amount included (for example: tile allowance $6.00 per sq ft). If you pick something that costs more, the difference plus our usual markup is added by change order.</w:t>
      </w:r>
    </w:p>
    <w:p>
      <w:pPr>
        <w:keepNext/>
      </w:pPr>
      <w:r>
        <w:rPr>
          <w:b/>
          <w:color w:val="0E2240"/>
        </w:rPr>
        <w:t>Not included</w:t>
      </w:r>
    </w:p>
    <w:p>
      <w:r>
        <w:t>List what this price does not cover (for example: hidden damage, mold, electrical or structural upgrades, permit fees if billed separately).</w:t>
      </w:r>
    </w:p>
    <w:p>
      <w:pPr>
        <w:keepNext/>
      </w:pPr>
      <w:r>
        <w:rPr>
          <w:b/>
          <w:color w:val="0E2240"/>
        </w:rPr>
        <w:t>Schedule</w:t>
      </w:r>
    </w:p>
    <w:p>
      <w:r>
        <w:t>Estimated start: ____________     Estimated completion: ____________</w:t>
      </w:r>
    </w:p>
    <w:p>
      <w:pPr>
        <w:keepNext/>
      </w:pPr>
      <w:r>
        <w:rPr>
          <w:b/>
          <w:color w:val="0E2240"/>
        </w:rPr>
        <w:t>Payment schedule</w:t>
      </w:r>
    </w:p>
    <w:p>
      <w:r>
        <w:t>Deposit at signing: $________ (check your state: some states cap deposits).</w:t>
        <w:br/>
        <w:t>Progress payment: $________ when ______________________ is complete.</w:t>
        <w:br/>
        <w:t>Final payment: $________ at completion and walkthrough.</w:t>
      </w:r>
    </w:p>
    <w:p>
      <w:pPr>
        <w:keepNext/>
      </w:pPr>
      <w:r>
        <w:rPr>
          <w:b/>
          <w:color w:val="0E2240"/>
        </w:rPr>
        <w:t>Terms</w:t>
      </w:r>
    </w:p>
    <w:p>
      <w:r>
        <w:t>1. This estimate is good until the date above. After that, we may need to re-price materials.</w:t>
        <w:br/>
        <w:t>2. Any change to the scope or price is made by a written change order signed by both of us before the extra work is done.</w:t>
        <w:br/>
        <w:t>3. If we find a condition that could not be seen when we priced the job, we stop, show you photos and give you a written price before going ahead.</w:t>
        <w:br/>
        <w:t>4. Permits are pulled by: ______________.</w:t>
        <w:br/>
        <w:t>5. Add any notice your state requires here (for example, a notice of your right to cancel, or the California down payment notice in 12-point bold).</w:t>
      </w:r>
    </w:p>
    <w:p>
      <w:r>
        <w:rPr>
          <w:b/>
          <w:color w:val="0E2240"/>
        </w:rPr>
        <w:t>Acceptance</w:t>
      </w:r>
    </w:p>
    <w:p>
      <w:r>
        <w:t>By signing, you accept this estimate, its terms and the payment schedule above.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Customer signature: ____________________</w:t>
            </w:r>
          </w:p>
        </w:tc>
        <w:tc>
          <w:tcPr>
            <w:tcW w:type="dxa" w:w="5112"/>
          </w:tcPr>
          <w:p>
            <w:r>
              <w:t>Date: __________</w:t>
            </w:r>
          </w:p>
        </w:tc>
      </w:tr>
      <w:tr>
        <w:tc>
          <w:tcPr>
            <w:tcW w:type="dxa" w:w="5112"/>
          </w:tcPr>
          <w:p>
            <w:r>
              <w:t>Contractor signature: ____________________</w:t>
            </w:r>
          </w:p>
        </w:tc>
        <w:tc>
          <w:tcPr>
            <w:tcW w:type="dxa" w:w="5112"/>
          </w:tcPr>
          <w:p>
            <w:r>
              <w:t>Date: __________</w:t>
            </w:r>
          </w:p>
        </w:tc>
      </w:tr>
    </w:tbl>
    <w:p/>
    <w:p>
      <w:r>
        <w:rPr>
          <w:i/>
          <w:sz w:val="15"/>
        </w:rPr>
        <w:t>Free template from D&amp;J Contractor Marketing (djcontractormarketing.com). Delete this line and our logo before you send it. Not legal advice: contract rules vary by state, so have your attorney review it before you use it.</w:t>
      </w:r>
    </w:p>
    <w:p>
      <w:r>
        <w:drawing>
          <wp:inline xmlns:a="http://schemas.openxmlformats.org/drawingml/2006/main" xmlns:pic="http://schemas.openxmlformats.org/drawingml/2006/picture">
            <wp:extent cx="731520" cy="1949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1949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