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rPr>
                <w:b/>
                <w:sz w:val="26"/>
              </w:rPr>
              <w:t>[Your logo]  Your Company Name</w:t>
            </w:r>
          </w:p>
          <w:p>
            <w:r>
              <w:t>Street address, City, State ZIP</w:t>
            </w:r>
          </w:p>
          <w:p>
            <w:r>
              <w:t>Phone  |  Email  |  Website</w:t>
            </w:r>
          </w:p>
          <w:p>
            <w:r>
              <w:t>License #: ____________</w:t>
            </w:r>
          </w:p>
        </w:tc>
        <w:tc>
          <w:tcPr>
            <w:tcW w:type="dxa" w:w="5213"/>
          </w:tcPr>
          <w:p>
            <w:pPr>
              <w:jc w:val="right"/>
            </w:pPr>
            <w:r>
              <w:rPr>
                <w:b/>
                <w:color w:val="0E2240"/>
                <w:sz w:val="48"/>
              </w:rPr>
              <w:t>INVOICE</w:t>
            </w:r>
          </w:p>
          <w:p>
            <w:pPr>
              <w:jc w:val="right"/>
            </w:pPr>
            <w:r>
              <w:t>Invoice #: ____________</w:t>
            </w:r>
          </w:p>
          <w:p>
            <w:pPr>
              <w:jc w:val="right"/>
            </w:pPr>
            <w:r>
              <w:t>Invoice date: ____________</w:t>
            </w:r>
          </w:p>
          <w:p>
            <w:pPr>
              <w:jc w:val="right"/>
            </w:pPr>
            <w:r>
              <w:t>Due date: ____________</w:t>
            </w:r>
          </w:p>
          <w:p>
            <w:pPr>
              <w:jc w:val="right"/>
            </w:pPr>
            <w:r>
              <w:t>PO / job / claim #: ____________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val="clear" w:color="auto" w:fill="0E2240"/>
          </w:tcPr>
          <w:p>
            <w:r>
              <w:rPr>
                <w:b/>
                <w:color w:val="FFFFFF"/>
                <w:sz w:val="19"/>
              </w:rPr>
              <w:t>BILL TO</w:t>
            </w:r>
          </w:p>
        </w:tc>
        <w:tc>
          <w:tcPr>
            <w:tcW w:type="dxa" w:w="5213"/>
            <w:shd w:val="clear" w:color="auto" w:fill="0E2240"/>
          </w:tcPr>
          <w:p>
            <w:r>
              <w:rPr>
                <w:b/>
                <w:color w:val="FFFFFF"/>
                <w:sz w:val="19"/>
              </w:rPr>
              <w:t>JOB SITE</w:t>
            </w:r>
          </w:p>
        </w:tc>
      </w:tr>
      <w:tr>
        <w:tc>
          <w:tcPr>
            <w:tcW w:type="dxa" w:w="5213"/>
          </w:tcPr>
          <w:p>
            <w:r>
              <w:rPr>
                <w:b w:val="0"/>
                <w:color w:val="707070"/>
                <w:sz w:val="19"/>
              </w:rPr>
              <w:t>Customer name</w:t>
            </w:r>
          </w:p>
        </w:tc>
        <w:tc>
          <w:tcPr>
            <w:tcW w:type="dxa" w:w="5213"/>
          </w:tcPr>
          <w:p>
            <w:r>
              <w:rPr>
                <w:b w:val="0"/>
                <w:color w:val="707070"/>
                <w:sz w:val="19"/>
              </w:rPr>
              <w:t>Job site address (if different)</w:t>
            </w:r>
          </w:p>
        </w:tc>
      </w:tr>
      <w:tr>
        <w:tc>
          <w:tcPr>
            <w:tcW w:type="dxa" w:w="5213"/>
          </w:tcPr>
          <w:p>
            <w:r>
              <w:rPr>
                <w:b w:val="0"/>
                <w:color w:val="707070"/>
                <w:sz w:val="19"/>
              </w:rPr>
              <w:t>Billing address</w:t>
            </w:r>
          </w:p>
        </w:tc>
        <w:tc>
          <w:tcPr>
            <w:tcW w:type="dxa" w:w="5213"/>
          </w:tcPr>
          <w:p>
            <w:r>
              <w:rPr>
                <w:b w:val="0"/>
                <w:color w:val="707070"/>
                <w:sz w:val="19"/>
              </w:rPr>
              <w:t>Dates of work: ______ to ______</w:t>
            </w:r>
          </w:p>
        </w:tc>
      </w:tr>
      <w:tr>
        <w:tc>
          <w:tcPr>
            <w:tcW w:type="dxa" w:w="5213"/>
          </w:tcPr>
          <w:p>
            <w:r>
              <w:rPr>
                <w:b w:val="0"/>
                <w:color w:val="707070"/>
                <w:sz w:val="19"/>
              </w:rPr>
              <w:t>Phone / email</w:t>
            </w:r>
          </w:p>
        </w:tc>
        <w:tc>
          <w:tcPr>
            <w:tcW w:type="dxa" w:w="5213"/>
          </w:tcPr>
          <w:p>
            <w:r>
              <w:rPr>
                <w:b w:val="0"/>
                <w:color w:val="707070"/>
                <w:sz w:val="19"/>
              </w:rPr>
              <w:t>Insurance claim # / date of loss (if any)</w:t>
            </w:r>
          </w:p>
        </w:tc>
      </w:tr>
    </w:tbl>
    <w:p/>
    <w:p>
      <w:r>
        <w:rPr>
          <w:b/>
        </w:rPr>
        <w:t xml:space="preserve">Work completed: </w:t>
      </w:r>
      <w:r>
        <w:t>_______________________________________________________________________________</w:t>
      </w:r>
    </w:p>
    <w:p>
      <w:r>
        <w:t>_____________________________________________________________________________________________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84"/>
        <w:gridCol w:w="4320"/>
        <w:gridCol w:w="720"/>
        <w:gridCol w:w="792"/>
        <w:gridCol w:w="1224"/>
        <w:gridCol w:w="1440"/>
      </w:tblGrid>
      <w:tr>
        <w:tc>
          <w:tcPr>
            <w:tcW w:type="dxa" w:w="1584"/>
            <w:shd w:val="clear" w:color="auto" w:fill="0E2240"/>
          </w:tcPr>
          <w:p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4320"/>
            <w:shd w:val="clear" w:color="auto" w:fill="0E2240"/>
          </w:tcPr>
          <w:p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720"/>
            <w:shd w:val="clear" w:color="auto" w:fill="0E2240"/>
          </w:tcPr>
          <w:p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792"/>
            <w:shd w:val="clear" w:color="auto" w:fill="0E2240"/>
          </w:tcPr>
          <w:p>
            <w:r>
              <w:rPr>
                <w:b/>
                <w:color w:val="FFFFFF"/>
                <w:sz w:val="19"/>
              </w:rPr>
              <w:t>Unit</w:t>
            </w:r>
          </w:p>
        </w:tc>
        <w:tc>
          <w:tcPr>
            <w:tcW w:type="dxa" w:w="1224"/>
            <w:shd w:val="clear" w:color="auto" w:fill="0E2240"/>
          </w:tcPr>
          <w:p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440"/>
            <w:shd w:val="clear" w:color="auto" w:fill="0E2240"/>
          </w:tcPr>
          <w:p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1584"/>
          </w:tcPr>
          <w:p>
            <w:r>
              <w:rPr>
                <w:b w:val="0"/>
                <w:color w:val="999999"/>
                <w:sz w:val="17"/>
              </w:rPr>
              <w:t>Labor</w:t>
            </w:r>
          </w:p>
        </w:tc>
        <w:tc>
          <w:tcPr>
            <w:tcW w:type="dxa" w:w="4320"/>
          </w:tcPr>
          <w:p/>
        </w:tc>
        <w:tc>
          <w:tcPr>
            <w:tcW w:type="dxa" w:w="720"/>
          </w:tcPr>
          <w:p/>
        </w:tc>
        <w:tc>
          <w:tcPr>
            <w:tcW w:type="dxa" w:w="792"/>
          </w:tcPr>
          <w:p/>
        </w:tc>
        <w:tc>
          <w:tcPr>
            <w:tcW w:type="dxa" w:w="1224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584"/>
            <w:shd w:val="clear" w:color="auto" w:fill="F2F4F7"/>
          </w:tcPr>
          <w:p>
            <w:r>
              <w:rPr>
                <w:b w:val="0"/>
                <w:color w:val="999999"/>
                <w:sz w:val="17"/>
              </w:rPr>
              <w:t>Materials</w:t>
            </w:r>
          </w:p>
        </w:tc>
        <w:tc>
          <w:tcPr>
            <w:tcW w:type="dxa" w:w="4320"/>
            <w:shd w:val="clear" w:color="auto" w:fill="F2F4F7"/>
          </w:tcPr>
          <w:p/>
        </w:tc>
        <w:tc>
          <w:tcPr>
            <w:tcW w:type="dxa" w:w="720"/>
            <w:shd w:val="clear" w:color="auto" w:fill="F2F4F7"/>
          </w:tcPr>
          <w:p/>
        </w:tc>
        <w:tc>
          <w:tcPr>
            <w:tcW w:type="dxa" w:w="792"/>
            <w:shd w:val="clear" w:color="auto" w:fill="F2F4F7"/>
          </w:tcPr>
          <w:p/>
        </w:tc>
        <w:tc>
          <w:tcPr>
            <w:tcW w:type="dxa" w:w="1224"/>
            <w:shd w:val="clear" w:color="auto" w:fill="F2F4F7"/>
          </w:tcPr>
          <w:p/>
        </w:tc>
        <w:tc>
          <w:tcPr>
            <w:tcW w:type="dxa" w:w="1440"/>
            <w:shd w:val="clear" w:color="auto" w:fill="F2F4F7"/>
          </w:tcPr>
          <w:p/>
        </w:tc>
      </w:tr>
      <w:tr>
        <w:tc>
          <w:tcPr>
            <w:tcW w:type="dxa" w:w="1584"/>
          </w:tcPr>
          <w:p>
            <w:r>
              <w:rPr>
                <w:b w:val="0"/>
                <w:color w:val="999999"/>
                <w:sz w:val="17"/>
              </w:rPr>
              <w:t>Subcontractor</w:t>
            </w:r>
          </w:p>
        </w:tc>
        <w:tc>
          <w:tcPr>
            <w:tcW w:type="dxa" w:w="4320"/>
          </w:tcPr>
          <w:p/>
        </w:tc>
        <w:tc>
          <w:tcPr>
            <w:tcW w:type="dxa" w:w="720"/>
          </w:tcPr>
          <w:p/>
        </w:tc>
        <w:tc>
          <w:tcPr>
            <w:tcW w:type="dxa" w:w="792"/>
          </w:tcPr>
          <w:p/>
        </w:tc>
        <w:tc>
          <w:tcPr>
            <w:tcW w:type="dxa" w:w="1224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584"/>
            <w:shd w:val="clear" w:color="auto" w:fill="F2F4F7"/>
          </w:tcPr>
          <w:p>
            <w:r>
              <w:rPr>
                <w:b w:val="0"/>
                <w:color w:val="999999"/>
                <w:sz w:val="17"/>
              </w:rPr>
              <w:t>Equipment</w:t>
            </w:r>
          </w:p>
        </w:tc>
        <w:tc>
          <w:tcPr>
            <w:tcW w:type="dxa" w:w="4320"/>
            <w:shd w:val="clear" w:color="auto" w:fill="F2F4F7"/>
          </w:tcPr>
          <w:p/>
        </w:tc>
        <w:tc>
          <w:tcPr>
            <w:tcW w:type="dxa" w:w="720"/>
            <w:shd w:val="clear" w:color="auto" w:fill="F2F4F7"/>
          </w:tcPr>
          <w:p/>
        </w:tc>
        <w:tc>
          <w:tcPr>
            <w:tcW w:type="dxa" w:w="792"/>
            <w:shd w:val="clear" w:color="auto" w:fill="F2F4F7"/>
          </w:tcPr>
          <w:p/>
        </w:tc>
        <w:tc>
          <w:tcPr>
            <w:tcW w:type="dxa" w:w="1224"/>
            <w:shd w:val="clear" w:color="auto" w:fill="F2F4F7"/>
          </w:tcPr>
          <w:p/>
        </w:tc>
        <w:tc>
          <w:tcPr>
            <w:tcW w:type="dxa" w:w="1440"/>
            <w:shd w:val="clear" w:color="auto" w:fill="F2F4F7"/>
          </w:tcPr>
          <w:p/>
        </w:tc>
      </w:tr>
      <w:tr>
        <w:tc>
          <w:tcPr>
            <w:tcW w:type="dxa" w:w="1584"/>
          </w:tcPr>
          <w:p>
            <w:r>
              <w:rPr>
                <w:b w:val="0"/>
                <w:color w:val="999999"/>
                <w:sz w:val="17"/>
              </w:rPr>
              <w:t>Change order #</w:t>
            </w:r>
          </w:p>
        </w:tc>
        <w:tc>
          <w:tcPr>
            <w:tcW w:type="dxa" w:w="4320"/>
          </w:tcPr>
          <w:p/>
        </w:tc>
        <w:tc>
          <w:tcPr>
            <w:tcW w:type="dxa" w:w="720"/>
          </w:tcPr>
          <w:p/>
        </w:tc>
        <w:tc>
          <w:tcPr>
            <w:tcW w:type="dxa" w:w="792"/>
          </w:tcPr>
          <w:p/>
        </w:tc>
        <w:tc>
          <w:tcPr>
            <w:tcW w:type="dxa" w:w="1224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584"/>
            <w:shd w:val="clear" w:color="auto" w:fill="F2F4F7"/>
          </w:tcPr>
          <w:p>
            <w:r>
              <w:rPr>
                <w:b w:val="0"/>
                <w:color w:val="999999"/>
                <w:sz w:val="17"/>
              </w:rPr>
              <w:t>Allowance</w:t>
            </w:r>
          </w:p>
        </w:tc>
        <w:tc>
          <w:tcPr>
            <w:tcW w:type="dxa" w:w="4320"/>
            <w:shd w:val="clear" w:color="auto" w:fill="F2F4F7"/>
          </w:tcPr>
          <w:p/>
        </w:tc>
        <w:tc>
          <w:tcPr>
            <w:tcW w:type="dxa" w:w="720"/>
            <w:shd w:val="clear" w:color="auto" w:fill="F2F4F7"/>
          </w:tcPr>
          <w:p/>
        </w:tc>
        <w:tc>
          <w:tcPr>
            <w:tcW w:type="dxa" w:w="792"/>
            <w:shd w:val="clear" w:color="auto" w:fill="F2F4F7"/>
          </w:tcPr>
          <w:p/>
        </w:tc>
        <w:tc>
          <w:tcPr>
            <w:tcW w:type="dxa" w:w="1224"/>
            <w:shd w:val="clear" w:color="auto" w:fill="F2F4F7"/>
          </w:tcPr>
          <w:p/>
        </w:tc>
        <w:tc>
          <w:tcPr>
            <w:tcW w:type="dxa" w:w="1440"/>
            <w:shd w:val="clear" w:color="auto" w:fill="F2F4F7"/>
          </w:tcPr>
          <w:p/>
        </w:tc>
      </w:tr>
      <w:tr>
        <w:tc>
          <w:tcPr>
            <w:tcW w:type="dxa" w:w="1584"/>
          </w:tcPr>
          <w:p>
            <w:r>
              <w:rPr>
                <w:b w:val="0"/>
                <w:color w:val="999999"/>
                <w:sz w:val="17"/>
              </w:rPr>
              <w:t>Permit / fee</w:t>
            </w:r>
          </w:p>
        </w:tc>
        <w:tc>
          <w:tcPr>
            <w:tcW w:type="dxa" w:w="4320"/>
          </w:tcPr>
          <w:p/>
        </w:tc>
        <w:tc>
          <w:tcPr>
            <w:tcW w:type="dxa" w:w="720"/>
          </w:tcPr>
          <w:p/>
        </w:tc>
        <w:tc>
          <w:tcPr>
            <w:tcW w:type="dxa" w:w="792"/>
          </w:tcPr>
          <w:p/>
        </w:tc>
        <w:tc>
          <w:tcPr>
            <w:tcW w:type="dxa" w:w="1224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584"/>
            <w:shd w:val="clear" w:color="auto" w:fill="F2F4F7"/>
          </w:tcPr>
          <w:p/>
        </w:tc>
        <w:tc>
          <w:tcPr>
            <w:tcW w:type="dxa" w:w="4320"/>
            <w:shd w:val="clear" w:color="auto" w:fill="F2F4F7"/>
          </w:tcPr>
          <w:p/>
        </w:tc>
        <w:tc>
          <w:tcPr>
            <w:tcW w:type="dxa" w:w="720"/>
            <w:shd w:val="clear" w:color="auto" w:fill="F2F4F7"/>
          </w:tcPr>
          <w:p/>
        </w:tc>
        <w:tc>
          <w:tcPr>
            <w:tcW w:type="dxa" w:w="792"/>
            <w:shd w:val="clear" w:color="auto" w:fill="F2F4F7"/>
          </w:tcPr>
          <w:p/>
        </w:tc>
        <w:tc>
          <w:tcPr>
            <w:tcW w:type="dxa" w:w="1224"/>
            <w:shd w:val="clear" w:color="auto" w:fill="F2F4F7"/>
          </w:tcPr>
          <w:p/>
        </w:tc>
        <w:tc>
          <w:tcPr>
            <w:tcW w:type="dxa" w:w="1440"/>
            <w:shd w:val="clear" w:color="auto" w:fill="F2F4F7"/>
          </w:tcPr>
          <w:p/>
        </w:tc>
      </w:tr>
      <w:tr>
        <w:tc>
          <w:tcPr>
            <w:tcW w:type="dxa" w:w="1584"/>
          </w:tcPr>
          <w:p/>
        </w:tc>
        <w:tc>
          <w:tcPr>
            <w:tcW w:type="dxa" w:w="4320"/>
          </w:tcPr>
          <w:p/>
        </w:tc>
        <w:tc>
          <w:tcPr>
            <w:tcW w:type="dxa" w:w="720"/>
          </w:tcPr>
          <w:p/>
        </w:tc>
        <w:tc>
          <w:tcPr>
            <w:tcW w:type="dxa" w:w="792"/>
          </w:tcPr>
          <w:p/>
        </w:tc>
        <w:tc>
          <w:tcPr>
            <w:tcW w:type="dxa" w:w="1224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584"/>
            <w:shd w:val="clear" w:color="auto" w:fill="F2F4F7"/>
          </w:tcPr>
          <w:p/>
        </w:tc>
        <w:tc>
          <w:tcPr>
            <w:tcW w:type="dxa" w:w="4320"/>
            <w:shd w:val="clear" w:color="auto" w:fill="F2F4F7"/>
          </w:tcPr>
          <w:p/>
        </w:tc>
        <w:tc>
          <w:tcPr>
            <w:tcW w:type="dxa" w:w="720"/>
            <w:shd w:val="clear" w:color="auto" w:fill="F2F4F7"/>
          </w:tcPr>
          <w:p/>
        </w:tc>
        <w:tc>
          <w:tcPr>
            <w:tcW w:type="dxa" w:w="792"/>
            <w:shd w:val="clear" w:color="auto" w:fill="F2F4F7"/>
          </w:tcPr>
          <w:p/>
        </w:tc>
        <w:tc>
          <w:tcPr>
            <w:tcW w:type="dxa" w:w="1224"/>
            <w:shd w:val="clear" w:color="auto" w:fill="F2F4F7"/>
          </w:tcPr>
          <w:p/>
        </w:tc>
        <w:tc>
          <w:tcPr>
            <w:tcW w:type="dxa" w:w="1440"/>
            <w:shd w:val="clear" w:color="auto" w:fill="F2F4F7"/>
          </w:tcPr>
          <w:p/>
        </w:tc>
      </w:tr>
      <w:tr>
        <w:tc>
          <w:tcPr>
            <w:tcW w:type="dxa" w:w="1584"/>
          </w:tcPr>
          <w:p/>
        </w:tc>
        <w:tc>
          <w:tcPr>
            <w:tcW w:type="dxa" w:w="4320"/>
          </w:tcPr>
          <w:p/>
        </w:tc>
        <w:tc>
          <w:tcPr>
            <w:tcW w:type="dxa" w:w="720"/>
          </w:tcPr>
          <w:p/>
        </w:tc>
        <w:tc>
          <w:tcPr>
            <w:tcW w:type="dxa" w:w="792"/>
          </w:tcPr>
          <w:p/>
        </w:tc>
        <w:tc>
          <w:tcPr>
            <w:tcW w:type="dxa" w:w="1224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584"/>
            <w:shd w:val="clear" w:color="auto" w:fill="F2F4F7"/>
          </w:tcPr>
          <w:p/>
        </w:tc>
        <w:tc>
          <w:tcPr>
            <w:tcW w:type="dxa" w:w="4320"/>
            <w:shd w:val="clear" w:color="auto" w:fill="F2F4F7"/>
          </w:tcPr>
          <w:p/>
        </w:tc>
        <w:tc>
          <w:tcPr>
            <w:tcW w:type="dxa" w:w="720"/>
            <w:shd w:val="clear" w:color="auto" w:fill="F2F4F7"/>
          </w:tcPr>
          <w:p/>
        </w:tc>
        <w:tc>
          <w:tcPr>
            <w:tcW w:type="dxa" w:w="792"/>
            <w:shd w:val="clear" w:color="auto" w:fill="F2F4F7"/>
          </w:tcPr>
          <w:p/>
        </w:tc>
        <w:tc>
          <w:tcPr>
            <w:tcW w:type="dxa" w:w="1224"/>
            <w:shd w:val="clear" w:color="auto" w:fill="F2F4F7"/>
          </w:tcPr>
          <w:p/>
        </w:tc>
        <w:tc>
          <w:tcPr>
            <w:tcW w:type="dxa" w:w="1440"/>
            <w:shd w:val="clear" w:color="auto" w:fill="F2F4F7"/>
          </w:tcPr>
          <w:p/>
        </w:tc>
      </w:tr>
      <w:tr>
        <w:tc>
          <w:tcPr>
            <w:tcW w:type="dxa" w:w="1584"/>
          </w:tcPr>
          <w:p/>
        </w:tc>
        <w:tc>
          <w:tcPr>
            <w:tcW w:type="dxa" w:w="4320"/>
          </w:tcPr>
          <w:p/>
        </w:tc>
        <w:tc>
          <w:tcPr>
            <w:tcW w:type="dxa" w:w="720"/>
          </w:tcPr>
          <w:p/>
        </w:tc>
        <w:tc>
          <w:tcPr>
            <w:tcW w:type="dxa" w:w="792"/>
          </w:tcPr>
          <w:p/>
        </w:tc>
        <w:tc>
          <w:tcPr>
            <w:tcW w:type="dxa" w:w="1224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584"/>
            <w:shd w:val="clear" w:color="auto" w:fill="F2F4F7"/>
          </w:tcPr>
          <w:p/>
        </w:tc>
        <w:tc>
          <w:tcPr>
            <w:tcW w:type="dxa" w:w="4320"/>
            <w:shd w:val="clear" w:color="auto" w:fill="F2F4F7"/>
          </w:tcPr>
          <w:p/>
        </w:tc>
        <w:tc>
          <w:tcPr>
            <w:tcW w:type="dxa" w:w="720"/>
            <w:shd w:val="clear" w:color="auto" w:fill="F2F4F7"/>
          </w:tcPr>
          <w:p/>
        </w:tc>
        <w:tc>
          <w:tcPr>
            <w:tcW w:type="dxa" w:w="792"/>
            <w:shd w:val="clear" w:color="auto" w:fill="F2F4F7"/>
          </w:tcPr>
          <w:p/>
        </w:tc>
        <w:tc>
          <w:tcPr>
            <w:tcW w:type="dxa" w:w="1224"/>
            <w:shd w:val="clear" w:color="auto" w:fill="F2F4F7"/>
          </w:tcPr>
          <w:p/>
        </w:tc>
        <w:tc>
          <w:tcPr>
            <w:tcW w:type="dxa" w:w="1440"/>
            <w:shd w:val="clear" w:color="auto" w:fill="F2F4F7"/>
          </w:tcPr>
          <w:p/>
        </w:tc>
      </w:tr>
    </w:tbl>
    <w:p/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456"/>
        <w:gridCol w:w="1872"/>
      </w:tblGrid>
      <w:tr>
        <w:tc>
          <w:tcPr>
            <w:tcW w:type="dxa" w:w="3456"/>
          </w:tcPr>
          <w:p>
            <w:r>
              <w:rPr>
                <w:b/>
                <w:sz w:val="19"/>
              </w:rPr>
              <w:t>Subtotal</w:t>
            </w:r>
          </w:p>
        </w:tc>
        <w:tc>
          <w:tcPr>
            <w:tcW w:type="dxa" w:w="1872"/>
          </w:tcPr>
          <w:p/>
        </w:tc>
      </w:tr>
      <w:tr>
        <w:tc>
          <w:tcPr>
            <w:tcW w:type="dxa" w:w="3456"/>
          </w:tcPr>
          <w:p>
            <w:r>
              <w:rPr>
                <w:b/>
                <w:sz w:val="19"/>
              </w:rPr>
              <w:t>Sales tax (if your state requires it)</w:t>
            </w:r>
          </w:p>
        </w:tc>
        <w:tc>
          <w:tcPr>
            <w:tcW w:type="dxa" w:w="1872"/>
          </w:tcPr>
          <w:p/>
        </w:tc>
      </w:tr>
      <w:tr>
        <w:tc>
          <w:tcPr>
            <w:tcW w:type="dxa" w:w="3456"/>
          </w:tcPr>
          <w:p>
            <w:r>
              <w:rPr>
                <w:b/>
                <w:sz w:val="19"/>
              </w:rPr>
              <w:t>Invoice total</w:t>
            </w:r>
          </w:p>
        </w:tc>
        <w:tc>
          <w:tcPr>
            <w:tcW w:type="dxa" w:w="1872"/>
          </w:tcPr>
          <w:p/>
        </w:tc>
      </w:tr>
      <w:tr>
        <w:tc>
          <w:tcPr>
            <w:tcW w:type="dxa" w:w="3456"/>
          </w:tcPr>
          <w:p>
            <w:r>
              <w:rPr>
                <w:b/>
                <w:sz w:val="19"/>
              </w:rPr>
              <w:t>Less deposit received (date)</w:t>
            </w:r>
          </w:p>
        </w:tc>
        <w:tc>
          <w:tcPr>
            <w:tcW w:type="dxa" w:w="1872"/>
          </w:tcPr>
          <w:p/>
        </w:tc>
      </w:tr>
      <w:tr>
        <w:tc>
          <w:tcPr>
            <w:tcW w:type="dxa" w:w="3456"/>
          </w:tcPr>
          <w:p>
            <w:r>
              <w:rPr>
                <w:b/>
                <w:sz w:val="19"/>
              </w:rPr>
              <w:t>Less payment received (date)</w:t>
            </w:r>
          </w:p>
        </w:tc>
        <w:tc>
          <w:tcPr>
            <w:tcW w:type="dxa" w:w="1872"/>
          </w:tcPr>
          <w:p/>
        </w:tc>
      </w:tr>
      <w:tr>
        <w:tc>
          <w:tcPr>
            <w:tcW w:type="dxa" w:w="3456"/>
          </w:tcPr>
          <w:p>
            <w:r>
              <w:rPr>
                <w:b/>
                <w:sz w:val="19"/>
              </w:rPr>
              <w:t>Less payment received (date)</w:t>
            </w:r>
          </w:p>
        </w:tc>
        <w:tc>
          <w:tcPr>
            <w:tcW w:type="dxa" w:w="1872"/>
          </w:tcPr>
          <w:p/>
        </w:tc>
      </w:tr>
      <w:tr>
        <w:tc>
          <w:tcPr>
            <w:tcW w:type="dxa" w:w="3456"/>
            <w:shd w:val="clear" w:color="auto" w:fill="FF9000"/>
          </w:tcPr>
          <w:p>
            <w:r>
              <w:rPr>
                <w:b/>
                <w:sz w:val="19"/>
              </w:rPr>
              <w:t>BALANCE DUE</w:t>
            </w:r>
          </w:p>
        </w:tc>
        <w:tc>
          <w:tcPr>
            <w:tcW w:type="dxa" w:w="1872"/>
            <w:shd w:val="clear" w:color="auto" w:fill="FF9000"/>
          </w:tcPr>
          <w:p/>
        </w:tc>
      </w:tr>
      <w:tr>
        <w:tc>
          <w:tcPr>
            <w:tcW w:type="dxa" w:w="3456"/>
          </w:tcPr>
          <w:p>
            <w:r>
              <w:rPr>
                <w:b/>
                <w:sz w:val="19"/>
              </w:rPr>
              <w:t>Due by</w:t>
            </w:r>
          </w:p>
        </w:tc>
        <w:tc>
          <w:tcPr>
            <w:tcW w:type="dxa" w:w="1872"/>
          </w:tcPr>
          <w:p/>
        </w:tc>
      </w:tr>
    </w:tbl>
    <w:p/>
    <w:p>
      <w:pPr>
        <w:spacing w:after="40"/>
      </w:pPr>
      <w:r>
        <w:rPr>
          <w:b/>
        </w:rPr>
        <w:t xml:space="preserve">How to pay: </w:t>
      </w:r>
      <w:r>
        <w:t>Check payable to Your Company Name. ACH or card: add your payment link.</w:t>
      </w:r>
    </w:p>
    <w:p>
      <w:pPr>
        <w:spacing w:after="40"/>
      </w:pPr>
      <w:r>
        <w:rPr>
          <w:b/>
        </w:rPr>
        <w:t xml:space="preserve">Terms: </w:t>
      </w:r>
      <w:r>
        <w:t>Payment due by the due date above. Questions? Call or text us before the due date.</w:t>
      </w:r>
    </w:p>
    <w:p>
      <w:pPr>
        <w:spacing w:after="40"/>
      </w:pPr>
      <w:r>
        <w:rPr>
          <w:b/>
        </w:rPr>
        <w:t xml:space="preserve">Warranty: </w:t>
      </w:r>
      <w:r>
        <w:t>Add your workmanship warranty and manufacturer warranty info.</w:t>
      </w:r>
    </w:p>
    <w:p>
      <w:pPr>
        <w:spacing w:after="40"/>
      </w:pPr>
      <w:r>
        <w:rPr>
          <w:b/>
        </w:rPr>
        <w:t xml:space="preserve">Thank you! </w:t>
      </w:r>
      <w:r>
        <w:t>How did we do? A Google review helps a small business like ours more than you know: (paste your review link)</w:t>
      </w:r>
    </w:p>
    <w:p>
      <w:pPr>
        <w:spacing w:after="40"/>
      </w:pPr>
      <w:r>
        <w:rPr>
          <w:b/>
        </w:rPr>
        <w:t xml:space="preserve">How did you hear about us? </w:t>
      </w:r>
      <w:r>
        <w:t>Google  /  Referral  /  Truck or yard sign  /  Social media  /  Other: ________</w:t>
      </w:r>
    </w:p>
    <w:sectPr w:rsidR="00FC693F" w:rsidRPr="0006063C" w:rsidSect="00034616">
      <w:footerReference w:type="default" r:id="rId9"/>
      <w:pgSz w:w="12240" w:h="15840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88888"/>
        <w:sz w:val="14"/>
      </w:rPr>
      <w:t xml:space="preserve">Free template from D&amp;J Contractor Marketing   </w:t>
    </w:r>
    <w:r>
      <w:drawing>
        <wp:inline xmlns:a="http://schemas.openxmlformats.org/drawingml/2006/main" xmlns:pic="http://schemas.openxmlformats.org/drawingml/2006/picture">
          <wp:extent cx="607824" cy="16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824" cy="162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